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השאלה כטקסט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שהשאלה היא טקסט שיש לקרוא ולנתח לפני מתן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חמשת השלבים לפירוק שאלה בצורה עקבית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ממד השאלה (איתור, פרשנות, הערכה) ולהתאים את סוג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תשובות מלאות הכוללות את כל חלקי ההוראה בשאלה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שאלה כטקסט: נושא, מידע והוראה – מכירים את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העיקרון המרכזי של השיטה – גם שאלה קצרה בנויה כמו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לפי השלב הראשון בשיטה צריך לקרוא את כל השאלה לפני 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המשפט 'בפסקה 3 מסופר על...' נותן מידע מוכן לתשובה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שאלה כטקסט: נושא, מידע והוראה – מזהים את החלקים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ציינו יום, שעות ומקום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שאלה כטקסט: נושא, מידע והוראה – מפרקים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ההוראה: להביע דעה ולנמק; נדרשות שתי סיבות מהטקסט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חמשת השלבים בפירוק שאלה – זיהוי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קוראים את השאלה עד הסוף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חמשת השלבים בפירוק שאלה – התאמת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(קוראים את השאלה לאט, אפילו פעמיים)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(בודקים איזה מידע כבר כתוב בתוך השאלה עצמה)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(מסמנים את מילת השאלה ואת המילים שמגדירות את המשימה)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(מנסחים מה צריך לעשות ומזהים את ממד השאלה)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חמשת השלבים בפירוק שאלה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מילות השאלה: מתי, איפה, ציינו. התשובה צריכה לכלול שלושה חלקים: יום, שעות ומקום.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מילות שאלה וממדי השאלה – מכירים את הממדים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להסביר 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מילות שאלה וממדי השאלה – בודקים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נימוק הוא הסבר הסיבה, ולכן חייב לכלול "כי..."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הבעת דעה שייכת לממד ההערכה והביקורת, לא לאיתור 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מילות שאלה וממדי השאלה – מתאימים מילה לממד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(פרשנות והיסק)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(הערכה וביקורת)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(איתור 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מילות שאלה וממדי השאלה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פרשנות והיסק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תרגול לפי טקסטים מסוגות שונות – הכרת חמש הסוגות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(מאמר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(בלוג)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תרגול לפי טקסטים מסוגות שונות – מאפייני הסוגות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מודעה נועדה להזמין ולעדכן בפרטי אירוע: יום, שעה ומקום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מאפיין של בלוג, לא של כתבה – כתבה מביאה מידע עובדתי מהצד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תרגול לפי טקסטים מסוגות שונות – זיהוי הממד בשאלה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פרשנות והיסק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תרגול לפי טקסטים מסוגות שונות – כתיבת שאלות לפי הסוגה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חידון מהיר: זיהוי ממד – מכירים את שלושת הממדים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הערכה וביקורת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חידון מהיר: זיהוי ממד – מיון מילות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(פרשנות והיסק)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(הערכה וביקורת)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(פרשנות והיסק)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חידון מהיר: זיהוי ממד – תרגול מהיר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התשובה כתובה במפורש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שאלת דעה ונימוק, לכן היא שייכת לממד הערכה וביקורת.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חידון מהיר: זיהוי ממד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הערכה וביקורת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חזרה מסכמת וכרטיס יציאה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שלב 1 מבקש לקרוא לאט ולא לקפוץ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מספר בשאלה = מספר החלקים הנדרשים בתשובה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חזרה מסכמת וכרטיס יציאה – התאמת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(קוראים את השאלה עד הסוף, לאט ואפילו פעמיים)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(בודקים איזה מידע אפשר להפיק מהשאלה עצמה)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(מסמנים את מילת השאלה ואת המילים שמגדירות את המשימה)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(עונים במשפט מלא ובודקים שעניתי על כל חלק)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נושא, מידע והוראה בלשון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בין איתור מידע לפרשנות או הערכה, עם דוגמה מהטקסט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את כל החלקים שהשאלה דרשה, עם בדיקה עצמית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- פרק אחד או שניים לשיעור, עם חזרה קצרה בתחילת 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את חמשת השלבים כפוסטר קבוע בכיתה ולחזור אליו בכל תרגול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לתלמידים/ות המתקשים אפשר להשתמש בגרסת חנ״מ עם שלוש אפשרויות ופתיח משפט במקום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בכרטיס יציאה קצר כדי לבדוק הבנה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השאלה כטקסט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תתרגלו איך לקרוא שאלה כמו טקסט – לאט ובתשומת לב. בכל פרק תמצאו דוגמאות מהטקסטים השונים, ותוכלו לסמן, לזהות ולענות לפי חמשת השלבים.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הערכה וביקורת  ·  ציינו יום, שעות ומקום  ·  מידע  ·  פרשנות והיסק  ·  איתור מידע  ·  איתור מידע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שאלה כטקסט: נושא, מידע והוראה – מכירים את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שאלה היא טקסט קצר שיש בו נושא, מידע והוראה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להתחיל לענות על שאלה בלי לקרוא אותה עד הסוף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לפעמים חלק מהתשובה כבר כתוב בתוך השאלה 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שאלה כטקסט: נושא, מידע והוראה – מזהים את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בשאלה 'מתי ואיפה יתקיים יום הספורט והנתינה? ציינו יום, שעות ומקום' ההוראה היא: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בשאלה כתוב 'בפסקה 2 מסופר על...' זהו חלק של __________ שכבר ניתן בתוך השאלה עצמה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שאלה כטקסט: נושא, מידע והוראה – מפרקים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קראו את השאלה: 'לדעתכם, מדוע חשוב שבני נוער יישנו מספיק שעות? נמקו בעזרת שתי סיבות מהטקסט.' כתבו מהי ההוראה ומהו מספר הסיבות הנדרש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חמשת השלבים בפירוק שאלה – זיהוי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שלבים יש בשיטת פירוק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בשלב הראשון של פירוק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מסמנים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קוראים את השאלה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עונים במשפט מלא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חמשת השלבים בפירוק שאלה – התאמת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שלב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מנסחים מה צריך לעשות ומזהים את ממד השאלה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שלב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מסמנים את מילת השאלה ואת המילים שמגדירות את המשימה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שלב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קוראים את השאלה לאט, אפילו פעמיים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שלב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בודקים איזה מידע כבר כתוב בתוך השאלה עצמה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חמשת השלבים בפירוק שאלה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קראו את השאלה: 'מתי ואיפה יתקיים יום הספורט והנתינה? ציינו יום, שעות ומקום.' סמנו את מילות השאלה וכתבו כמה חלקים צריכים להיות בתשובה.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מילות שאלה וממדי השאלה – מכירים את הממדים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הממד שבודק אם מצאנו פרט מפורש בטקסט, כמו שם, מספר או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מילת השאלה "מדוע" מבקשת מאיתנו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למצוא מספר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להסביר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להעתיק משפט שלם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מילות שאלה וממדי השאלה – בודקים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השאלה "נמקו" מחייבת אותנו לכתוב בתשובה את המילה "כי".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הממד "איתור מידע" דורש מאיתנו להביע דעה אישית על הטקסט.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מילות שאלה וממדי השאלה – מתאימים מילה לממד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מה / איפה /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הערכה וביקורת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מדוע / הסבירו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לדעתכם / האם נכון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ציינו / מצאו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פרשנות והיסק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מילות שאלה וממדי השאלה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השאלה שמבקשת פרט מדויק, כמו שם או מספר, שייכת לממד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כשהשאלה מבקשת "הסבירו מדוע...", היא שייכת לממד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תרגול לפי טקסטים מסוגות שונות – הכרת חמש הסוגות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בואו בכל המשפחה: יום ספורט ונתינה!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בלוג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מגרש חול שהפך לגינה ירוקה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מאמר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לילה טוב למוח: למה בני נוער צריכים לישון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הבלוג של מעיין: שישה שבועות, שלוש קומות וחברה אחת חדשה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תרגול לפי טקסטים מסוגות שונות – מאפייני הסוגות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מטרת המודעה 'בואו בכל המשפחה' היא להזמין קוראים להשתתף באירוע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כתבה כמו 'מגרש חול שהפך לגינה ירוקה' כתובה בגוף ראשון כיומן 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תרגול לפי טקסטים מסוגות שונות – זיהוי הממד בשאלה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השאלה 'מתי ואיפה יתקיים יום הספורט והנתינה? ציינו יום, שעות ומקום' שייכת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שאלה שמבקשת להסביר מדוע השכנים תמכו בהפיכת מגרש החול לגינה שייכת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הערכה וביקורת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תרגול לפי טקסטים מסוגות שונות – כתיבת שאלות לפי הסוגה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חידון מהיר: זיהוי ממד – מכירים את שלושת הממדים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ממדים יש לשאלות על טקסט, לפי השיטה שלמדתם?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שאלה שהתשובה עליה כתובה במפורש בטקסט שייכת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שאלה שמבקשת לנמק או להביע דעה אישית שייכת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הערכה וביקורת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חידון מהיר: זיהוי ממד – מיון 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מתי / איפה /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פרשנות והיסק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מדוע / הסבירו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לדעתכם / האם אתם מסכימים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פרשנות והיסק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השוו בין שני דברים בטקסט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הערכה וביקורת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חידון מהיר: זיהוי ממד – תרגול מהיר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השאלה ״מה שם הכתבה?״ שייכת לממד איתור מידע.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השאלה ״האם לדעתכם ההחלטה הייתה נכונה? נמקו״ שייכת לממד איתור מידע.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חידון מהיר: זיהוי ממד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השאלה ״כמה ילדים השתתפו באירוע?״ שייכת לממד __________ כי התשובה כתובה בטקסט.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לענות על שאלת __________ צריך לנמק את התשובה במילה ״כי״.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חזרה מסכמת וכרטיס יציאה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השלב הראשון בשיטה הוא לקרוא את השאלה עד הסוף, ואפילו פעמיים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 בשאלה, כמו 'שתי דוגמאות', אינו קשור למספר החלקים שצריך בתשובה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חזרה מסכמת וכרטיס יציאה – התאמת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שלב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בודקים איזה מידע אפשר להפיק מהשאלה עצמה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שלב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קוראים את השאלה עד הסוף, לאט ואפילו פעמיים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שלב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עונים במשפט מלא ובודקים שעניתי על כל חלק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שלב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מסמנים את מילת השאלה ואת המילים שמגדירות את המשימה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להסביר מהם שלושת החלקים שיש בכל שאלה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לזהות לאיזה ממד שייכת שאלה נתונה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השאלה כטקסט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