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שהשאלה היא טקסט שיש לקרוא ולנתח לפני מתן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השלבים לפירוק שאלה בצורה עקבית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ממד השאלה (איתור, פרשנות, הערכה) ולהתאים את 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תשובות מלאות הכוללות את כל חלקי ההוראה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שאלה כטקסט: נושא, מידע והוראה – מכירים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העיקרון המרכזי של השיטה – גם שאלה קצרה בנויה כמו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השלב הראשון בשיטה צריך לקרוא את כל השאלה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המשפט 'בפסקה 3 מסופר על...' נותן מידע מוכן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ההוראה היא המשימה, למשל 'הסבירו' או 'ציינו'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מספר בשאלה מרמז על מספר החלקים הנדרשים בתשובה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שאלה כטקסט: נושא, מידע והוראה – מזהים את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ציינו יום, שעות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שאלה כטקסט: נושא, מידע והוראה – מפרקים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ההוראה: להביע דעה ולנמק; נדרשות שתי סיבות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– יש לבדוק שהתלמיד/ה הפריד/ה נכון בין שלושת החלקים: נושא, מידע (אם קיים) והוראה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יש בה נושא, לעיתים מידע, והוראה לפעולה – בדיוק כמו בטקסט ארוך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חמשת השלבים בפירוק שאלה – זיהוי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קוראים את השאלה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שלב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עונים ובודקים עם סימון 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חמשת השלבים בפירוק שאלה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(קוראים את השאלה לאט, אפילו פעמיים)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(בודקים איזה מידע כבר כתוב בתוך השאלה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(מסמנים את מילת השאלה ואת המילים שמגדירות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(מנסחים מה צריך לעשות ומזהים את ממד השאלה)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(עונים במשפט מלא ומסמנים ✔ ליד כל חלק שנענה)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חמשת השלבים בפירוק שאלה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מילות השאלה: מתי, איפה, ציינו. התשובה צריכה לכלול שלושה חלקים: יום, שעות ומקום.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ממד של הערכה וביקורת, כי השאלה מבקשת דעה אישית ונימוק.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עליי להסביר במה הדמויות דומות ובמה הן שונות בהתמודדותן עם הקושי, ולהביא דוגמה לכל אחת מהטקסט.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– יש לבדוק שהתלמיד/ה עבר/ה על כל חמשת השלבים וכתב/ה תשובה מלאה שמתייחסת לכל חלקי השאלה.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מילות שאלה וממדי השאלה – מכירים את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מילות שאלה וממדי השאלה – בודקים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נימוק הוא הסבר הסיבה, ולכן חייב לכלול "כי..."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הבעת דעה שייכת לממד ההערכה והביקורת, לא לאיתור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מילות שאלה וממדי השאלה – מתאימים מילה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(פרשנות והיסק)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מילות שאלה וממדי השאלה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תרגול לפי טקסטים מסוגות שונות – הכרת חמש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(מאמר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(בלוג)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(טקסט טיעוני)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תרגול לפי טקסטים מסוגות שונות – מאפייני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מודעה נועדה להזמין ולעדכן בפרטי אירוע: יום, שעה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מאפיין של בלוג, לא של כתבה – כתבה מביאה מידע עובדתי מהצד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מאמר מידע מסביר נושא בעזרת עובדות ומידע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בלוג הוא טקסט אישי שמתעד חוויות וזמן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תרגול לפי טקסטים מסוגות שונות – זיהוי הממד בשאלה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שלב 3 – מסמנים מילות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תרגול לפי טקסטים מסוגות שונות – כתיבת שאלות לפי הסוגה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שמבקשת פרט מפורש וברור מתוך הטקסט, כמו תאריך, שם מקום או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האם לדעתכם כדאי לשלב משחקים פעילים בהפסקה? נמקו את תשובתכם בעזרת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חידון מהיר: זיהוי ממד – מכירים את שלושת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חידון מהיר: זיהוי ממד – מיון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(איתור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חידון מהיר: זיהוי ממד – תרגול מהיר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התשובה כתובה במפורש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שאלת דעה ונימוק, לכן היא שייכת לממד הערכה וביקורת.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פרשנות והיסק מבוססת על חיבור בין פרטים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חידון מהיר: זיהוי ממד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וכרטיס יציאה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שלב 1 מבקש לקרוא לאט ולא לקפוץ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בשאלה = מספר החלקים הנדרשים בתשובה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שלב 5 כולל בדיקה מול הסימונים משלב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שלושה ממדים: איתור מידע, פרשנות והיסק, והערכה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 מסכמת וכרטיס יציאה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(קוראים את השאלה עד הסוף, לאט ואפילו פעמיים)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(בודקים איזה מידע אפשר להפיק מהשאלה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(מסמנים את מילת השאלה ואת המילים שמגדירות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(מנסחים לעצמנו מה צריך לעשות כדי לענות, ומזהים את הממד)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(עונים במשפט מלא ובודקים שעניתי על כל חלק)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נושא, מידע והוראה בלשון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בין איתור מידע לפרשנות או הערכה, עם דוגמה מהטקסט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את כל החלקים שהשאלה דרשה, עם בדיקה עצמית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- פרק אחד או שניים לשיעור,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חמשת השלבים כפוסטר קבוע בכיתה ולחזור אליו בכל תרגול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לתלמידים/ות המתקשים אפשר להשתמש בגרסת חנ״מ עם שלוש אפשרויות ופתיח משפט במקום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איך לקרוא שאלה כמו טקסט – לאט ובתשומת לב. בכל פרק תמצאו דוגמאות מהטקסטים השונים, ותוכלו לסמן, לזהות ולענות לפי חמשת השלבים.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שאלה כטקסט: נושא, מידע והוראה – מכירים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היא טקסט קצר שיש בו נושא, מידע והוראה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להתחיל לענות על שאלה בלי לקרוא אותה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לפעמים חלק מהתשובה כבר כתוב בתוך השאלה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ההוראה בשאלה היא החלק שאומר לנו מה בדיוק לעשות כדי לענות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דרך לדעת כמה חלקים צריך בתשובה בלי לנחש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שאלה כטקסט: נושא, מידע והוראה – מזהים את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בשאלה 'מתי ואיפה יתקיים יום הספורט והנתינה? ציינו יום, שעות ומקום' ההוראה היא: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בשאלה כתוב 'בפסקה 2 מסופר על...' זהו חלק של __________ שכבר ניתן בתוך השאלה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שעונים על שאלה צריך לקרוא אותה עד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בשאלה כמו 'שתי' או 'שלוש' מרמזת כמה __________ צריכים להופיע בתשובה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בשאלה 'לדעתכם, מדוע חשוב שבני נוער יישנו מספיק? נמקו בעזרת שתי סיבות' הנושא הוא חשיבות ה__________ לבני נוער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שאלה כטקסט: נושא, מידע והוראה – מפרקים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השאלה: 'לדעתכם, מדוע חשוב שבני נוער יישנו מספיק שעות? נמקו בעזרת שתי סיבות מהטקסט.' כתבו מהי ההוראה ומהו מספר הסיבות הנדרש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שאלה מתוך אחד הטקסטים באתר (למשל על יום הספורט או על השינה) וכתבו לידה בנפרד: מהו הנושא, האם יש בה מידע מוכן, ומהי ההוראה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מדוע שאלה נחשבת 'טקסט קצר' ולא רק משפט שאלה רגיל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חמשת השלבים בפירוק שאלה – זיהוי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בשיטת 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הראשון של 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מסמנים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במשפט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מזהים את הממד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שלב מסמנים מילים כמו 'מדוע' או 'הסבירו'?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שלב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שלב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בשלב האחרון, שלב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השאלה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מנסחים מה צריך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ובודקים עם סימון 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מסמנים מילות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חמשת השלבים בפירוק שאלה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בודקים איזה מידע כבר כתוב בתוך השאלה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מסמנים את מילת השאלה ואת המילים שמגדירות את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מנסחים מה צריך לעשות ומזהים את ממד השאלה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עונים במשפט מלא ומסמנים ✔ ליד כל חלק שנענה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קוראים את השאלה לאט, אפילו פעמיים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חמשת השלבים בפירוק שאלה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השאלה: 'מתי ואיפה יתקיים יום הספורט והנתינה? ציינו יום, שעות ומקום.' סמנו את מילות השאלה וכתבו כמה חלקים צריכים להיות בתשובה.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בשאלה 'מדוע לדעתכם חשוב לארגן משחקים פעילים בהפסקה? נמקו' – לאיזה ממד שייכת השאלה?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שמנסח מה עליכם לעשות כדי לענות על השאלה: 'השוו בין שתי דמויות בטקסט מבחינת האופן שבו הן מתמודדות עם קושי.'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שאלה מתוך טקסט שלמדתם, ועברו בכתיבה על חמשת השלבים: מה קראתם, אילו מילים סימנתם, ומה התשובה המלאה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מילות שאלה וממדי השאלה – מכירים את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הממד שבודק אם מצאנו פרט מפורש בטקסט, כמו שם, מספר או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מילת השאלה "מדוע" מבקשת מאיתנו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מספר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משפט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מילת השאלה "לדעתכם" שייכת לממד...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ממד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מילות שאלה וממדי השאלה – בודקים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"נמקו" מחייבת אותנו לכתוב בתשובה את המילה "כי".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הממד "איתור מידע" דורש מאיתנו להביע דעה אישית על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מילות שאלה וממדי השאלה – מתאימים מילה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/ איפה /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מדוע / הסבירו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לדעתכם / האם נכון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ציינו / מצאו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השוו בין שתי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איתור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מילות שאלה וממדי השאלה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השאלה שמבקשת פרט מדויק, כמו שם או מספר, שייכת לממד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כשהשאלה מבקשת "הסבירו מדוע...", היא שייכת לממד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תרגול לפי טקסטים מסוגות שונות – הכרת חמש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בואו בכל המשפחה: יום ספורט ונתינה!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מגרש חול שהפך לגינה ירוקה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טיעוני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לילה טוב למוח: למה בני נוער צריכים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הבלוג של מעיין: שישה שבועות, שלוש קומות וחברה אחת 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הפסקה בתנועה: כדאי לארגן משחקים פעילים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מאמר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תרגול לפי טקסטים מסוגות שונות – מאפייני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המודעה 'בואו בכל המשפחה' היא להזמין קוראים להשתתף באירוע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כמו 'מגרש חול שהפך לגינה ירוקה' כתובה בגוף ראשון כיומן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מאמר המידע 'לילה טוב למוח' נועד להעביר מידע עובדתי על שינה אצל בני נוער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הבלוג של מעיין כתוב כיומן אישי ומתאר חוויות וחברויות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תרגול לפי טקסטים מסוגות שונות – זיהוי הממד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השאלה 'מתי ואיפה יתקיים יום הספורט והנתינה? ציינו יום, שעות ומקום'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שמבקשת להסביר מדוע השכנים תמכו בהפיכת מגרש החול לגינה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שאלה שמבקשת להביע עמדה האם כדאי לארגן משחקים פעילים בהפסקה (לפי הטקסט הטיעוני)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שלב מתוך חמשת השלבים מסמנים את מילת השאלה ואת המילים שמגדירות את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1 –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שלב 2 – איזה מידע אפשר להפיק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שלב 3 – מסמנים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5 – מבצעים את המשימה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תרגול לפי טקסטים מסוגות שונות – כתיבת שאלות לפי הסוגה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מהטקסטים (מודעה, כתבה, מאמר מידע, בלוג או טקסט טיעוני) וכתבו שאלת איתור מידע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הערכה וביקורת על הטקסט הטיעוני 'הפסקה בתנועה', שמבקשת מהתלמיד/ה להביע עמדה ולנמק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חידון מהיר: זיהוי ממד – מכירים את שלושת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ממדים יש לשאלות על טקסט, לפי השיטה שלמדתם?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שהתשובה עליה כתובה במפורש בטקסט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ממד כזה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שאלה שמבקשת לנמק או להביע דעה אישית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חופשית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מילת השאלה ״מדוע״ מתאימה בדרך כלל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חידון מהיר: זיהוי ממד – מיון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מתי / איפה /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מדוע / הסבירו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לדעתכם / האם אתם מסכימים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השוו בין שני דברים בטקסט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ציינו פרט מתוך פסקה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פרשנות והיסק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חידון מהיר: זיהוי ממד – תרגול מהיר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״מה שם הכתבה?״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״האם לדעתכם ההחלטה הייתה נכונה? נמקו״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פרשנות צריך להסיק משהו שלא כתוב במפורש, אלא מבין השורות.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חידון מהיר: זיהוי ממד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השאלה ״כמה ילדים השתתפו באירוע?״ שייכת לממד __________ כי התשובה כתובה בטקסט.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לענות על שאלת __________ צריך לנמק את התשובה במילה ״כי״.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חזרה מסכמת וכרטיס יציאה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בשיטה הוא לקרוא את השאלה עד הסוף, ואפילו פעמיים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בשאלה, כמו 'שתי דוגמאות', אינו קשור למספר החלקים שצריך בתשובה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חוזרים לסימונים שסימנו ובודקים שעניתי על כל חלק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בשיטה רק שני ממדים לשאלות: איתור מידע והערכה וביקורת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חזרה מסכמת וכרטיס יציאה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מנסחים לעצמנו מה צריך לעשות כדי לענות, ומזהים את הממד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מסמנים את מילת השאלה ואת המילים שמגדירות את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בודקים איזה מידע אפשר להפיק מהשאלה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עונים במשפט מלא ובודקים שעניתי על כל חלק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קוראים את השאלה עד הסוף, לאט ואפילו פעמיים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מהם שלושת החלקים שיש בכל שאלה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לאיזה ממד שייכת שאלה נתונה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לענות בתשובה מלאה הכוללת את כל חלקי ההוראה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השאלה כטקסט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